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CDC" w:rsidRPr="00E131D5" w:rsidRDefault="00E131D5">
      <w:pPr>
        <w:spacing w:after="40"/>
        <w:jc w:val="right"/>
        <w:rPr>
          <w:lang w:val="pl-PL"/>
        </w:rPr>
      </w:pPr>
      <w:r w:rsidRPr="00E131D5">
        <w:rPr>
          <w:i/>
          <w:sz w:val="16"/>
          <w:lang w:val="pl-PL"/>
        </w:rPr>
        <w:t>Załącznik nr 1 do zarządzenia Nr 1 Rektora UMK z dnia 1 stycznia 2026 r.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739"/>
        <w:gridCol w:w="7739"/>
      </w:tblGrid>
      <w:tr w:rsidR="00790CDC" w:rsidRPr="00E131D5"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131D5" w:rsidRDefault="00E131D5" w:rsidP="00E131D5">
            <w:pPr>
              <w:spacing w:after="240" w:line="240" w:lineRule="auto"/>
              <w:ind w:left="709"/>
              <w:rPr>
                <w:sz w:val="22"/>
                <w:lang w:val="pl-PL"/>
              </w:rPr>
            </w:pPr>
            <w:r w:rsidRPr="00E131D5">
              <w:rPr>
                <w:sz w:val="22"/>
                <w:lang w:val="pl-PL"/>
              </w:rPr>
              <w:t>........................................................................</w:t>
            </w:r>
            <w:r w:rsidRPr="00E131D5">
              <w:rPr>
                <w:sz w:val="22"/>
                <w:lang w:val="pl-PL"/>
              </w:rPr>
              <w:br/>
            </w:r>
            <w:r w:rsidRPr="00E131D5">
              <w:rPr>
                <w:sz w:val="20"/>
                <w:szCs w:val="20"/>
                <w:lang w:val="pl-PL"/>
              </w:rPr>
              <w:t xml:space="preserve">Imię i nazwisko, </w:t>
            </w:r>
            <w:r w:rsidRPr="00E131D5">
              <w:rPr>
                <w:sz w:val="22"/>
                <w:lang w:val="pl-PL"/>
              </w:rPr>
              <w:br/>
            </w:r>
            <w:r w:rsidRPr="00E131D5">
              <w:rPr>
                <w:sz w:val="22"/>
                <w:lang w:val="pl-PL"/>
              </w:rPr>
              <w:t>........................................................................</w:t>
            </w:r>
            <w:r w:rsidRPr="00E131D5">
              <w:rPr>
                <w:sz w:val="22"/>
                <w:lang w:val="pl-PL"/>
              </w:rPr>
              <w:br/>
            </w:r>
            <w:proofErr w:type="gramStart"/>
            <w:r w:rsidRPr="00E131D5">
              <w:rPr>
                <w:sz w:val="20"/>
                <w:szCs w:val="20"/>
                <w:lang w:val="pl-PL"/>
              </w:rPr>
              <w:t>adres</w:t>
            </w:r>
            <w:proofErr w:type="gramEnd"/>
            <w:r w:rsidRPr="00E131D5">
              <w:rPr>
                <w:sz w:val="20"/>
                <w:szCs w:val="20"/>
                <w:lang w:val="pl-PL"/>
              </w:rPr>
              <w:t xml:space="preserve"> zamie</w:t>
            </w:r>
            <w:r>
              <w:rPr>
                <w:sz w:val="20"/>
                <w:szCs w:val="20"/>
                <w:lang w:val="pl-PL"/>
              </w:rPr>
              <w:t xml:space="preserve">szkania osoby </w:t>
            </w:r>
            <w:r w:rsidRPr="00E131D5">
              <w:rPr>
                <w:sz w:val="20"/>
                <w:szCs w:val="20"/>
                <w:lang w:val="pl-PL"/>
              </w:rPr>
              <w:t>używającej pojazd</w:t>
            </w:r>
          </w:p>
          <w:p w:rsidR="00790CDC" w:rsidRPr="00E131D5" w:rsidRDefault="00E131D5" w:rsidP="00E131D5">
            <w:pPr>
              <w:spacing w:after="240" w:line="240" w:lineRule="auto"/>
              <w:ind w:left="709"/>
              <w:rPr>
                <w:sz w:val="22"/>
                <w:lang w:val="pl-PL"/>
              </w:rPr>
            </w:pPr>
            <w:r w:rsidRPr="00E131D5">
              <w:rPr>
                <w:sz w:val="22"/>
                <w:lang w:val="pl-PL"/>
              </w:rPr>
              <w:t>Numer rejestracyjny pojazdu ............................</w:t>
            </w:r>
            <w:r w:rsidRPr="00E131D5">
              <w:rPr>
                <w:sz w:val="22"/>
                <w:lang w:val="pl-PL"/>
              </w:rPr>
              <w:br/>
              <w:t>Pojemność silnika ..............................................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</w:tcPr>
          <w:p w:rsidR="00790CDC" w:rsidRPr="00E131D5" w:rsidRDefault="00790CDC">
            <w:pPr>
              <w:rPr>
                <w:lang w:val="pl-PL"/>
              </w:rPr>
            </w:pPr>
            <w:bookmarkStart w:id="0" w:name="_GoBack"/>
            <w:bookmarkEnd w:id="0"/>
          </w:p>
        </w:tc>
      </w:tr>
    </w:tbl>
    <w:p w:rsidR="00790CDC" w:rsidRPr="00E131D5" w:rsidRDefault="00E131D5">
      <w:pPr>
        <w:spacing w:before="20" w:after="80"/>
        <w:jc w:val="center"/>
        <w:rPr>
          <w:lang w:val="pl-PL"/>
        </w:rPr>
      </w:pPr>
      <w:r w:rsidRPr="00E131D5">
        <w:rPr>
          <w:b/>
          <w:sz w:val="22"/>
          <w:lang w:val="pl-PL"/>
        </w:rPr>
        <w:t xml:space="preserve">E W I D E N C J </w:t>
      </w:r>
      <w:proofErr w:type="gramStart"/>
      <w:r w:rsidRPr="00E131D5">
        <w:rPr>
          <w:b/>
          <w:sz w:val="22"/>
          <w:lang w:val="pl-PL"/>
        </w:rPr>
        <w:t>A   P</w:t>
      </w:r>
      <w:proofErr w:type="gramEnd"/>
      <w:r w:rsidRPr="00E131D5">
        <w:rPr>
          <w:b/>
          <w:sz w:val="22"/>
          <w:lang w:val="pl-PL"/>
        </w:rPr>
        <w:t xml:space="preserve"> R Z E B I E G U   P O J A Z D U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"/>
        <w:gridCol w:w="1247"/>
        <w:gridCol w:w="2835"/>
        <w:gridCol w:w="2154"/>
        <w:gridCol w:w="1587"/>
        <w:gridCol w:w="1247"/>
        <w:gridCol w:w="680"/>
        <w:gridCol w:w="1247"/>
        <w:gridCol w:w="680"/>
        <w:gridCol w:w="1361"/>
      </w:tblGrid>
      <w:tr w:rsidR="00790CDC">
        <w:trPr>
          <w:trHeight w:hRule="exact" w:val="765"/>
          <w:tblHeader/>
          <w:jc w:val="center"/>
        </w:trPr>
        <w:tc>
          <w:tcPr>
            <w:tcW w:w="1020" w:type="dxa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Pr="00E131D5" w:rsidRDefault="00E131D5">
            <w:pPr>
              <w:jc w:val="center"/>
              <w:rPr>
                <w:sz w:val="20"/>
                <w:szCs w:val="20"/>
              </w:rPr>
            </w:pPr>
            <w:proofErr w:type="spellStart"/>
            <w:r w:rsidRPr="00E131D5">
              <w:rPr>
                <w:sz w:val="20"/>
                <w:szCs w:val="20"/>
              </w:rPr>
              <w:t>Nr</w:t>
            </w:r>
            <w:proofErr w:type="spellEnd"/>
            <w:r w:rsidRPr="00E131D5">
              <w:rPr>
                <w:sz w:val="20"/>
                <w:szCs w:val="20"/>
              </w:rPr>
              <w:br/>
            </w:r>
            <w:proofErr w:type="spellStart"/>
            <w:r w:rsidRPr="00E131D5">
              <w:rPr>
                <w:sz w:val="20"/>
                <w:szCs w:val="20"/>
              </w:rPr>
              <w:t>ko</w:t>
            </w:r>
            <w:r w:rsidRPr="00E131D5">
              <w:rPr>
                <w:sz w:val="20"/>
                <w:szCs w:val="20"/>
              </w:rPr>
              <w:t>lejny</w:t>
            </w:r>
            <w:proofErr w:type="spellEnd"/>
            <w:r w:rsidRPr="00E131D5">
              <w:rPr>
                <w:sz w:val="20"/>
                <w:szCs w:val="20"/>
              </w:rPr>
              <w:br/>
            </w:r>
            <w:proofErr w:type="spellStart"/>
            <w:r w:rsidRPr="00E131D5">
              <w:rPr>
                <w:sz w:val="20"/>
                <w:szCs w:val="20"/>
              </w:rPr>
              <w:t>wpisu</w:t>
            </w:r>
            <w:proofErr w:type="spellEnd"/>
          </w:p>
        </w:tc>
        <w:tc>
          <w:tcPr>
            <w:tcW w:w="1247" w:type="dxa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Pr="00E131D5" w:rsidRDefault="00E131D5">
            <w:pPr>
              <w:jc w:val="center"/>
              <w:rPr>
                <w:sz w:val="20"/>
                <w:szCs w:val="20"/>
              </w:rPr>
            </w:pPr>
            <w:r w:rsidRPr="00E131D5">
              <w:rPr>
                <w:sz w:val="20"/>
                <w:szCs w:val="20"/>
              </w:rPr>
              <w:t>Data</w:t>
            </w:r>
            <w:r w:rsidRPr="00E131D5">
              <w:rPr>
                <w:sz w:val="20"/>
                <w:szCs w:val="20"/>
              </w:rPr>
              <w:br/>
              <w:t>wyjazdu</w:t>
            </w:r>
          </w:p>
        </w:tc>
        <w:tc>
          <w:tcPr>
            <w:tcW w:w="2835" w:type="dxa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Pr="00E131D5" w:rsidRDefault="00E131D5">
            <w:pPr>
              <w:jc w:val="center"/>
              <w:rPr>
                <w:sz w:val="20"/>
                <w:szCs w:val="20"/>
                <w:lang w:val="pl-PL"/>
              </w:rPr>
            </w:pPr>
            <w:r w:rsidRPr="00E131D5">
              <w:rPr>
                <w:sz w:val="20"/>
                <w:szCs w:val="20"/>
                <w:lang w:val="pl-PL"/>
              </w:rPr>
              <w:t>Opis</w:t>
            </w:r>
            <w:r w:rsidRPr="00E131D5">
              <w:rPr>
                <w:sz w:val="20"/>
                <w:szCs w:val="20"/>
                <w:lang w:val="pl-PL"/>
              </w:rPr>
              <w:br/>
              <w:t>trasy wyjazdu</w:t>
            </w:r>
            <w:r w:rsidRPr="00E131D5">
              <w:rPr>
                <w:sz w:val="20"/>
                <w:szCs w:val="20"/>
                <w:lang w:val="pl-PL"/>
              </w:rPr>
              <w:br/>
              <w:t>(skąd - dotąd)</w:t>
            </w:r>
          </w:p>
        </w:tc>
        <w:tc>
          <w:tcPr>
            <w:tcW w:w="2154" w:type="dxa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Pr="00E131D5" w:rsidRDefault="00E131D5">
            <w:pPr>
              <w:jc w:val="center"/>
              <w:rPr>
                <w:sz w:val="20"/>
                <w:szCs w:val="20"/>
              </w:rPr>
            </w:pPr>
            <w:proofErr w:type="spellStart"/>
            <w:r w:rsidRPr="00E131D5">
              <w:rPr>
                <w:sz w:val="20"/>
                <w:szCs w:val="20"/>
              </w:rPr>
              <w:t>Cel</w:t>
            </w:r>
            <w:proofErr w:type="spellEnd"/>
            <w:r w:rsidRPr="00E131D5">
              <w:rPr>
                <w:sz w:val="20"/>
                <w:szCs w:val="20"/>
              </w:rPr>
              <w:t xml:space="preserve"> </w:t>
            </w:r>
            <w:proofErr w:type="spellStart"/>
            <w:r w:rsidRPr="00E131D5">
              <w:rPr>
                <w:sz w:val="20"/>
                <w:szCs w:val="20"/>
              </w:rPr>
              <w:t>wyjazdu</w:t>
            </w:r>
            <w:proofErr w:type="spellEnd"/>
          </w:p>
        </w:tc>
        <w:tc>
          <w:tcPr>
            <w:tcW w:w="1587" w:type="dxa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Pr="00E131D5" w:rsidRDefault="00E131D5">
            <w:pPr>
              <w:jc w:val="center"/>
              <w:rPr>
                <w:sz w:val="20"/>
                <w:szCs w:val="20"/>
              </w:rPr>
            </w:pPr>
            <w:r w:rsidRPr="00E131D5">
              <w:rPr>
                <w:sz w:val="20"/>
                <w:szCs w:val="20"/>
              </w:rPr>
              <w:t>Liczba</w:t>
            </w:r>
            <w:r w:rsidRPr="00E131D5">
              <w:rPr>
                <w:sz w:val="20"/>
                <w:szCs w:val="20"/>
              </w:rPr>
              <w:br/>
              <w:t>faktycznie</w:t>
            </w:r>
            <w:r w:rsidRPr="00E131D5">
              <w:rPr>
                <w:sz w:val="20"/>
                <w:szCs w:val="20"/>
              </w:rPr>
              <w:br/>
              <w:t>przejechanych</w:t>
            </w:r>
            <w:r w:rsidRPr="00E131D5">
              <w:rPr>
                <w:sz w:val="20"/>
                <w:szCs w:val="20"/>
              </w:rPr>
              <w:br/>
              <w:t>kilometrów</w:t>
            </w:r>
          </w:p>
        </w:tc>
        <w:tc>
          <w:tcPr>
            <w:tcW w:w="1927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Pr="00E131D5" w:rsidRDefault="00E131D5">
            <w:pPr>
              <w:jc w:val="center"/>
              <w:rPr>
                <w:sz w:val="20"/>
                <w:szCs w:val="20"/>
              </w:rPr>
            </w:pPr>
            <w:r w:rsidRPr="00E131D5">
              <w:rPr>
                <w:sz w:val="20"/>
                <w:szCs w:val="20"/>
              </w:rPr>
              <w:t>Stawka za</w:t>
            </w:r>
            <w:r w:rsidRPr="00E131D5">
              <w:rPr>
                <w:sz w:val="20"/>
                <w:szCs w:val="20"/>
              </w:rPr>
              <w:br/>
              <w:t>1 kilometr przebiegu</w:t>
            </w:r>
          </w:p>
        </w:tc>
        <w:tc>
          <w:tcPr>
            <w:tcW w:w="1927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Pr="00E131D5" w:rsidRDefault="00E131D5">
            <w:pPr>
              <w:jc w:val="center"/>
              <w:rPr>
                <w:sz w:val="20"/>
                <w:szCs w:val="20"/>
              </w:rPr>
            </w:pPr>
            <w:r w:rsidRPr="00E131D5">
              <w:rPr>
                <w:sz w:val="20"/>
                <w:szCs w:val="20"/>
              </w:rPr>
              <w:t>Wartość</w:t>
            </w:r>
            <w:r w:rsidRPr="00E131D5">
              <w:rPr>
                <w:sz w:val="20"/>
                <w:szCs w:val="20"/>
              </w:rPr>
              <w:br/>
              <w:t>[5] x [6]</w:t>
            </w:r>
          </w:p>
        </w:tc>
        <w:tc>
          <w:tcPr>
            <w:tcW w:w="1361" w:type="dxa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Pr="00E131D5" w:rsidRDefault="00E131D5">
            <w:pPr>
              <w:jc w:val="center"/>
              <w:rPr>
                <w:sz w:val="20"/>
                <w:szCs w:val="20"/>
              </w:rPr>
            </w:pPr>
            <w:r w:rsidRPr="00E131D5">
              <w:rPr>
                <w:sz w:val="20"/>
                <w:szCs w:val="20"/>
              </w:rPr>
              <w:t>UWAGI</w:t>
            </w:r>
          </w:p>
        </w:tc>
      </w:tr>
      <w:tr w:rsidR="00790CDC">
        <w:trPr>
          <w:trHeight w:hRule="exact" w:val="272"/>
          <w:tblHeader/>
          <w:jc w:val="center"/>
        </w:trPr>
        <w:tc>
          <w:tcPr>
            <w:tcW w:w="1020" w:type="dxa"/>
            <w:vMerge/>
          </w:tcPr>
          <w:p w:rsidR="00790CDC" w:rsidRPr="00E131D5" w:rsidRDefault="00790CDC">
            <w:pPr>
              <w:rPr>
                <w:sz w:val="20"/>
                <w:szCs w:val="20"/>
              </w:rPr>
            </w:pPr>
          </w:p>
        </w:tc>
        <w:tc>
          <w:tcPr>
            <w:tcW w:w="1247" w:type="dxa"/>
            <w:vMerge/>
          </w:tcPr>
          <w:p w:rsidR="00790CDC" w:rsidRPr="00E131D5" w:rsidRDefault="00790CDC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790CDC" w:rsidRPr="00E131D5" w:rsidRDefault="00790CDC">
            <w:pPr>
              <w:rPr>
                <w:sz w:val="20"/>
                <w:szCs w:val="20"/>
              </w:rPr>
            </w:pPr>
          </w:p>
        </w:tc>
        <w:tc>
          <w:tcPr>
            <w:tcW w:w="2154" w:type="dxa"/>
            <w:vMerge/>
          </w:tcPr>
          <w:p w:rsidR="00790CDC" w:rsidRPr="00E131D5" w:rsidRDefault="00790CDC">
            <w:pPr>
              <w:rPr>
                <w:sz w:val="20"/>
                <w:szCs w:val="20"/>
              </w:rPr>
            </w:pPr>
          </w:p>
        </w:tc>
        <w:tc>
          <w:tcPr>
            <w:tcW w:w="1587" w:type="dxa"/>
            <w:vMerge/>
          </w:tcPr>
          <w:p w:rsidR="00790CDC" w:rsidRPr="00E131D5" w:rsidRDefault="00790CDC">
            <w:pPr>
              <w:rPr>
                <w:sz w:val="20"/>
                <w:szCs w:val="20"/>
              </w:rPr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Pr="00E131D5" w:rsidRDefault="00E131D5">
            <w:pPr>
              <w:jc w:val="center"/>
              <w:rPr>
                <w:sz w:val="20"/>
                <w:szCs w:val="20"/>
              </w:rPr>
            </w:pPr>
            <w:r w:rsidRPr="00E131D5">
              <w:rPr>
                <w:sz w:val="20"/>
                <w:szCs w:val="20"/>
              </w:rPr>
              <w:t>zł</w:t>
            </w:r>
          </w:p>
        </w:tc>
        <w:tc>
          <w:tcPr>
            <w:tcW w:w="6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Pr="00E131D5" w:rsidRDefault="00E131D5">
            <w:pPr>
              <w:jc w:val="center"/>
              <w:rPr>
                <w:sz w:val="20"/>
                <w:szCs w:val="20"/>
              </w:rPr>
            </w:pPr>
            <w:r w:rsidRPr="00E131D5">
              <w:rPr>
                <w:sz w:val="20"/>
                <w:szCs w:val="20"/>
              </w:rPr>
              <w:t>gr</w:t>
            </w: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Pr="00E131D5" w:rsidRDefault="00E131D5">
            <w:pPr>
              <w:jc w:val="center"/>
              <w:rPr>
                <w:sz w:val="20"/>
                <w:szCs w:val="20"/>
              </w:rPr>
            </w:pPr>
            <w:r w:rsidRPr="00E131D5">
              <w:rPr>
                <w:sz w:val="20"/>
                <w:szCs w:val="20"/>
              </w:rPr>
              <w:t>zł</w:t>
            </w:r>
          </w:p>
        </w:tc>
        <w:tc>
          <w:tcPr>
            <w:tcW w:w="6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Pr="00E131D5" w:rsidRDefault="00E131D5">
            <w:pPr>
              <w:jc w:val="center"/>
              <w:rPr>
                <w:sz w:val="20"/>
                <w:szCs w:val="20"/>
              </w:rPr>
            </w:pPr>
            <w:r w:rsidRPr="00E131D5">
              <w:rPr>
                <w:sz w:val="20"/>
                <w:szCs w:val="20"/>
              </w:rPr>
              <w:t>gr</w:t>
            </w:r>
          </w:p>
        </w:tc>
        <w:tc>
          <w:tcPr>
            <w:tcW w:w="1361" w:type="dxa"/>
            <w:vMerge/>
          </w:tcPr>
          <w:p w:rsidR="00790CDC" w:rsidRDefault="00790CDC"/>
        </w:tc>
      </w:tr>
      <w:tr w:rsidR="00790CDC">
        <w:trPr>
          <w:trHeight w:hRule="exact" w:val="238"/>
          <w:tblHeader/>
          <w:jc w:val="center"/>
        </w:trPr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Pr="00E131D5" w:rsidRDefault="00E131D5">
            <w:pPr>
              <w:jc w:val="center"/>
              <w:rPr>
                <w:sz w:val="20"/>
                <w:szCs w:val="20"/>
              </w:rPr>
            </w:pPr>
            <w:r w:rsidRPr="00E131D5">
              <w:rPr>
                <w:sz w:val="20"/>
                <w:szCs w:val="20"/>
              </w:rPr>
              <w:t>1</w:t>
            </w: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Pr="00E131D5" w:rsidRDefault="00E131D5">
            <w:pPr>
              <w:jc w:val="center"/>
              <w:rPr>
                <w:sz w:val="20"/>
                <w:szCs w:val="20"/>
              </w:rPr>
            </w:pPr>
            <w:r w:rsidRPr="00E131D5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Pr="00E131D5" w:rsidRDefault="00E131D5">
            <w:pPr>
              <w:jc w:val="center"/>
              <w:rPr>
                <w:sz w:val="20"/>
                <w:szCs w:val="20"/>
              </w:rPr>
            </w:pPr>
            <w:r w:rsidRPr="00E131D5">
              <w:rPr>
                <w:sz w:val="20"/>
                <w:szCs w:val="20"/>
              </w:rPr>
              <w:t>3</w:t>
            </w:r>
          </w:p>
        </w:tc>
        <w:tc>
          <w:tcPr>
            <w:tcW w:w="215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Pr="00E131D5" w:rsidRDefault="00E131D5">
            <w:pPr>
              <w:jc w:val="center"/>
              <w:rPr>
                <w:sz w:val="20"/>
                <w:szCs w:val="20"/>
              </w:rPr>
            </w:pPr>
            <w:r w:rsidRPr="00E131D5">
              <w:rPr>
                <w:sz w:val="20"/>
                <w:szCs w:val="20"/>
              </w:rPr>
              <w:t>4</w:t>
            </w:r>
          </w:p>
        </w:tc>
        <w:tc>
          <w:tcPr>
            <w:tcW w:w="158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Pr="00E131D5" w:rsidRDefault="00E131D5">
            <w:pPr>
              <w:jc w:val="center"/>
              <w:rPr>
                <w:sz w:val="20"/>
                <w:szCs w:val="20"/>
              </w:rPr>
            </w:pPr>
            <w:r w:rsidRPr="00E131D5">
              <w:rPr>
                <w:sz w:val="20"/>
                <w:szCs w:val="20"/>
              </w:rPr>
              <w:t>5</w:t>
            </w: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Pr="00E131D5" w:rsidRDefault="00E131D5">
            <w:pPr>
              <w:jc w:val="center"/>
              <w:rPr>
                <w:sz w:val="20"/>
                <w:szCs w:val="20"/>
              </w:rPr>
            </w:pPr>
            <w:r w:rsidRPr="00E131D5">
              <w:rPr>
                <w:sz w:val="20"/>
                <w:szCs w:val="20"/>
              </w:rPr>
              <w:t>6</w:t>
            </w:r>
          </w:p>
        </w:tc>
        <w:tc>
          <w:tcPr>
            <w:tcW w:w="6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Pr="00E131D5" w:rsidRDefault="00790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Pr="00E131D5" w:rsidRDefault="00E131D5">
            <w:pPr>
              <w:jc w:val="center"/>
              <w:rPr>
                <w:sz w:val="20"/>
                <w:szCs w:val="20"/>
              </w:rPr>
            </w:pPr>
            <w:r w:rsidRPr="00E131D5">
              <w:rPr>
                <w:sz w:val="20"/>
                <w:szCs w:val="20"/>
              </w:rPr>
              <w:t>7</w:t>
            </w:r>
          </w:p>
        </w:tc>
        <w:tc>
          <w:tcPr>
            <w:tcW w:w="6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Pr="00E131D5" w:rsidRDefault="00790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Pr="00E131D5" w:rsidRDefault="00E131D5">
            <w:pPr>
              <w:jc w:val="center"/>
              <w:rPr>
                <w:sz w:val="20"/>
                <w:szCs w:val="20"/>
              </w:rPr>
            </w:pPr>
            <w:r w:rsidRPr="00E131D5">
              <w:rPr>
                <w:sz w:val="20"/>
                <w:szCs w:val="20"/>
              </w:rPr>
              <w:t>9</w:t>
            </w:r>
          </w:p>
        </w:tc>
      </w:tr>
      <w:tr w:rsidR="00790CDC">
        <w:trPr>
          <w:trHeight w:hRule="exact" w:val="329"/>
          <w:jc w:val="center"/>
        </w:trPr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283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215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58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6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6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36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</w:tr>
      <w:tr w:rsidR="00790CDC">
        <w:trPr>
          <w:trHeight w:hRule="exact" w:val="329"/>
          <w:jc w:val="center"/>
        </w:trPr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283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215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58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6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6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36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</w:tr>
      <w:tr w:rsidR="00790CDC">
        <w:trPr>
          <w:trHeight w:hRule="exact" w:val="329"/>
          <w:jc w:val="center"/>
        </w:trPr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283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215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58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6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6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36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</w:tr>
      <w:tr w:rsidR="00790CDC">
        <w:trPr>
          <w:trHeight w:hRule="exact" w:val="329"/>
          <w:jc w:val="center"/>
        </w:trPr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283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215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58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6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6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36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</w:tr>
      <w:tr w:rsidR="00790CDC">
        <w:trPr>
          <w:trHeight w:hRule="exact" w:val="329"/>
          <w:jc w:val="center"/>
        </w:trPr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283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215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58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6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6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36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</w:tr>
      <w:tr w:rsidR="00790CDC">
        <w:trPr>
          <w:trHeight w:hRule="exact" w:val="329"/>
          <w:jc w:val="center"/>
        </w:trPr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283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215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58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6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6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36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</w:tr>
      <w:tr w:rsidR="00790CDC">
        <w:trPr>
          <w:trHeight w:hRule="exact" w:val="329"/>
          <w:jc w:val="center"/>
        </w:trPr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283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215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58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6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6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36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</w:tr>
      <w:tr w:rsidR="00790CDC">
        <w:trPr>
          <w:trHeight w:hRule="exact" w:val="329"/>
          <w:jc w:val="center"/>
        </w:trPr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283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215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58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6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6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36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</w:tr>
      <w:tr w:rsidR="00790CDC">
        <w:trPr>
          <w:trHeight w:hRule="exact" w:val="329"/>
          <w:jc w:val="center"/>
        </w:trPr>
        <w:tc>
          <w:tcPr>
            <w:tcW w:w="7256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Pr="00E131D5" w:rsidRDefault="00E131D5">
            <w:pPr>
              <w:jc w:val="right"/>
              <w:rPr>
                <w:sz w:val="20"/>
                <w:szCs w:val="20"/>
              </w:rPr>
            </w:pPr>
            <w:r w:rsidRPr="00E131D5">
              <w:rPr>
                <w:sz w:val="20"/>
                <w:szCs w:val="20"/>
              </w:rPr>
              <w:t>Podsumowanie miesiąca:</w:t>
            </w:r>
          </w:p>
        </w:tc>
        <w:tc>
          <w:tcPr>
            <w:tcW w:w="158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6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24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6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  <w:tc>
          <w:tcPr>
            <w:tcW w:w="136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0CDC" w:rsidRDefault="00790CDC">
            <w:pPr>
              <w:jc w:val="center"/>
            </w:pPr>
          </w:p>
        </w:tc>
      </w:tr>
    </w:tbl>
    <w:p w:rsidR="00790CDC" w:rsidRPr="00E131D5" w:rsidRDefault="00E131D5" w:rsidP="00E131D5">
      <w:pPr>
        <w:spacing w:before="120" w:after="20"/>
        <w:ind w:firstLine="709"/>
        <w:rPr>
          <w:sz w:val="20"/>
          <w:szCs w:val="20"/>
          <w:lang w:val="pl-PL"/>
        </w:rPr>
      </w:pPr>
      <w:r w:rsidRPr="00E131D5">
        <w:rPr>
          <w:sz w:val="20"/>
          <w:szCs w:val="20"/>
          <w:lang w:val="pl-PL"/>
        </w:rPr>
        <w:t>Oświadczam, że powyższe dane są zgodne z prawdą, a wykazane jazdy zostały zrealizowane w celach służbowych lub statutowych.</w:t>
      </w:r>
    </w:p>
    <w:p w:rsidR="00790CDC" w:rsidRPr="00E131D5" w:rsidRDefault="00E131D5" w:rsidP="00E131D5">
      <w:pPr>
        <w:spacing w:after="80"/>
        <w:ind w:firstLine="709"/>
        <w:rPr>
          <w:sz w:val="20"/>
          <w:szCs w:val="20"/>
          <w:lang w:val="pl-PL"/>
        </w:rPr>
      </w:pPr>
      <w:r w:rsidRPr="00E131D5">
        <w:rPr>
          <w:sz w:val="20"/>
          <w:szCs w:val="20"/>
          <w:lang w:val="pl-PL"/>
        </w:rPr>
        <w:t xml:space="preserve">............................................................ (Data i podpis </w:t>
      </w:r>
      <w:r w:rsidRPr="00E131D5">
        <w:rPr>
          <w:b/>
          <w:sz w:val="20"/>
          <w:szCs w:val="20"/>
          <w:lang w:val="pl-PL"/>
        </w:rPr>
        <w:t>Korzystającego</w:t>
      </w:r>
      <w:r w:rsidRPr="00E131D5">
        <w:rPr>
          <w:sz w:val="20"/>
          <w:szCs w:val="20"/>
          <w:lang w:val="pl-PL"/>
        </w:rPr>
        <w:t>)</w:t>
      </w:r>
    </w:p>
    <w:p w:rsidR="00E131D5" w:rsidRDefault="00E131D5" w:rsidP="00E131D5">
      <w:pPr>
        <w:spacing w:after="20"/>
        <w:ind w:firstLine="709"/>
        <w:rPr>
          <w:b/>
          <w:lang w:val="pl-PL"/>
        </w:rPr>
      </w:pPr>
    </w:p>
    <w:p w:rsidR="00E131D5" w:rsidRDefault="00E131D5" w:rsidP="00E131D5">
      <w:pPr>
        <w:spacing w:after="20"/>
        <w:ind w:firstLine="709"/>
        <w:rPr>
          <w:b/>
          <w:lang w:val="pl-PL"/>
        </w:rPr>
      </w:pPr>
    </w:p>
    <w:p w:rsidR="00E131D5" w:rsidRDefault="00E131D5" w:rsidP="00E131D5">
      <w:pPr>
        <w:spacing w:after="20"/>
        <w:ind w:firstLine="709"/>
        <w:rPr>
          <w:b/>
          <w:lang w:val="pl-PL"/>
        </w:rPr>
      </w:pPr>
    </w:p>
    <w:p w:rsidR="00790CDC" w:rsidRPr="00E131D5" w:rsidRDefault="00E131D5" w:rsidP="00E131D5">
      <w:pPr>
        <w:spacing w:after="20"/>
        <w:ind w:firstLine="709"/>
        <w:rPr>
          <w:lang w:val="pl-PL"/>
        </w:rPr>
      </w:pPr>
      <w:proofErr w:type="gramStart"/>
      <w:r w:rsidRPr="00E131D5">
        <w:rPr>
          <w:b/>
          <w:lang w:val="pl-PL"/>
        </w:rPr>
        <w:t>ZATWIERDZENIE</w:t>
      </w:r>
      <w:r w:rsidRPr="00E131D5">
        <w:rPr>
          <w:lang w:val="pl-PL"/>
        </w:rPr>
        <w:t xml:space="preserve">  </w:t>
      </w:r>
      <w:r w:rsidRPr="00E131D5">
        <w:rPr>
          <w:i/>
          <w:lang w:val="pl-PL"/>
        </w:rPr>
        <w:t>(zgodnie</w:t>
      </w:r>
      <w:proofErr w:type="gramEnd"/>
      <w:r w:rsidRPr="00E131D5">
        <w:rPr>
          <w:i/>
          <w:lang w:val="pl-PL"/>
        </w:rPr>
        <w:t xml:space="preserve"> z § 4 zarządzenia)</w:t>
      </w:r>
    </w:p>
    <w:p w:rsidR="00790CDC" w:rsidRPr="00E131D5" w:rsidRDefault="00E131D5" w:rsidP="00E131D5">
      <w:pPr>
        <w:spacing w:after="20"/>
        <w:ind w:firstLine="709"/>
        <w:rPr>
          <w:lang w:val="pl-PL"/>
        </w:rPr>
      </w:pPr>
      <w:r w:rsidRPr="00E131D5">
        <w:rPr>
          <w:lang w:val="pl-PL"/>
        </w:rPr>
        <w:t xml:space="preserve">1.  </w:t>
      </w:r>
      <w:r w:rsidRPr="00E131D5">
        <w:rPr>
          <w:b/>
          <w:lang w:val="pl-PL"/>
        </w:rPr>
        <w:t>Potwierdzenie wykonania jazd:</w:t>
      </w:r>
      <w:r w:rsidRPr="00E131D5">
        <w:rPr>
          <w:lang w:val="pl-PL"/>
        </w:rPr>
        <w:t xml:space="preserve"> </w:t>
      </w:r>
      <w:r w:rsidRPr="00E131D5">
        <w:rPr>
          <w:i/>
          <w:lang w:val="pl-PL"/>
        </w:rPr>
        <w:t xml:space="preserve">(Wypełnia </w:t>
      </w:r>
      <w:r w:rsidRPr="00E131D5">
        <w:rPr>
          <w:b/>
          <w:i/>
          <w:lang w:val="pl-PL"/>
        </w:rPr>
        <w:t>bezpośredni przełożony</w:t>
      </w:r>
      <w:r w:rsidRPr="00E131D5">
        <w:rPr>
          <w:i/>
          <w:lang w:val="pl-PL"/>
        </w:rPr>
        <w:t xml:space="preserve"> - dotyczy wyłącznie jazd lokalnych)</w:t>
      </w:r>
    </w:p>
    <w:p w:rsidR="00790CDC" w:rsidRPr="00E131D5" w:rsidRDefault="00E131D5" w:rsidP="00E131D5">
      <w:pPr>
        <w:spacing w:after="20"/>
        <w:ind w:firstLine="709"/>
        <w:rPr>
          <w:lang w:val="pl-PL"/>
        </w:rPr>
      </w:pPr>
      <w:r w:rsidRPr="00E131D5">
        <w:rPr>
          <w:lang w:val="pl-PL"/>
        </w:rPr>
        <w:t xml:space="preserve">     .............</w:t>
      </w:r>
      <w:r w:rsidRPr="00E131D5">
        <w:rPr>
          <w:lang w:val="pl-PL"/>
        </w:rPr>
        <w:t>............................................... (Data i podpis)</w:t>
      </w:r>
    </w:p>
    <w:p w:rsidR="00790CDC" w:rsidRPr="00E131D5" w:rsidRDefault="00E131D5" w:rsidP="00E131D5">
      <w:pPr>
        <w:spacing w:after="20"/>
        <w:ind w:firstLine="709"/>
        <w:rPr>
          <w:lang w:val="pl-PL"/>
        </w:rPr>
      </w:pPr>
      <w:r w:rsidRPr="00E131D5">
        <w:rPr>
          <w:lang w:val="pl-PL"/>
        </w:rPr>
        <w:t xml:space="preserve">2.  </w:t>
      </w:r>
      <w:r w:rsidRPr="00E131D5">
        <w:rPr>
          <w:b/>
          <w:lang w:val="pl-PL"/>
        </w:rPr>
        <w:t>Zatwierdzenie merytoryczne i finansowe:</w:t>
      </w:r>
      <w:r w:rsidRPr="00E131D5">
        <w:rPr>
          <w:lang w:val="pl-PL"/>
        </w:rPr>
        <w:t xml:space="preserve"> </w:t>
      </w:r>
      <w:r w:rsidRPr="00E131D5">
        <w:rPr>
          <w:i/>
          <w:lang w:val="pl-PL"/>
        </w:rPr>
        <w:t xml:space="preserve">(Wypełnia </w:t>
      </w:r>
      <w:r w:rsidRPr="00E131D5">
        <w:rPr>
          <w:b/>
          <w:i/>
          <w:lang w:val="pl-PL"/>
        </w:rPr>
        <w:t>dysponent środków</w:t>
      </w:r>
      <w:r w:rsidRPr="00E131D5">
        <w:rPr>
          <w:i/>
          <w:lang w:val="pl-PL"/>
        </w:rPr>
        <w:t xml:space="preserve"> - przy jazdach zamiejscowych LUB </w:t>
      </w:r>
      <w:r w:rsidRPr="00E131D5">
        <w:rPr>
          <w:b/>
          <w:i/>
          <w:lang w:val="pl-PL"/>
        </w:rPr>
        <w:t>Kanclerz/Rektor</w:t>
      </w:r>
      <w:r w:rsidRPr="00E131D5">
        <w:rPr>
          <w:i/>
          <w:lang w:val="pl-PL"/>
        </w:rPr>
        <w:t xml:space="preserve"> - przy jazdach lokalnych)</w:t>
      </w:r>
    </w:p>
    <w:p w:rsidR="00790CDC" w:rsidRDefault="00E131D5" w:rsidP="00E131D5">
      <w:pPr>
        <w:ind w:firstLine="709"/>
      </w:pPr>
      <w:r w:rsidRPr="00E131D5">
        <w:rPr>
          <w:lang w:val="pl-PL"/>
        </w:rPr>
        <w:t xml:space="preserve">     </w:t>
      </w:r>
      <w:r>
        <w:t>........................................</w:t>
      </w:r>
      <w:r>
        <w:t>.................... (Data i podpis)</w:t>
      </w:r>
    </w:p>
    <w:sectPr w:rsidR="00790CDC" w:rsidSect="00034616">
      <w:pgSz w:w="16838" w:h="11906" w:orient="landscape"/>
      <w:pgMar w:top="510" w:right="680" w:bottom="454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90CDC"/>
    <w:rsid w:val="00AA1D8D"/>
    <w:rsid w:val="00B47730"/>
    <w:rsid w:val="00CB0664"/>
    <w:rsid w:val="00E131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717746"/>
  <w14:defaultImageDpi w14:val="300"/>
  <w15:docId w15:val="{46E99E6C-AA57-4C5D-8341-74AF174EF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0"/>
    </w:pPr>
    <w:rPr>
      <w:rFonts w:ascii="Times New Roman" w:hAnsi="Times New Roman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81189A-02E0-4EB8-8EC4-96A7DDE2E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Rev</cp:lastModifiedBy>
  <cp:revision>2</cp:revision>
  <dcterms:created xsi:type="dcterms:W3CDTF">2013-12-23T23:15:00Z</dcterms:created>
  <dcterms:modified xsi:type="dcterms:W3CDTF">2026-09-11T13:07:00Z</dcterms:modified>
  <cp:category/>
</cp:coreProperties>
</file>